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eastAsia="黑体" w:ascii="黑体" w:hAnsi="黑体"/>
          <w:b/>
          <w:sz w:val="36"/>
        </w:rPr>
        <w:t>《助手违反〈助手需遵守规则〉惩罚》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一、总则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为明确助手违反《助手需遵守规则》的处理标准，坚持教育与惩戒相结合、过罚相当，依据相关法律法规及本站各项规则，制定本处理办法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二、处理原则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以事实为依据，核实协助与操作记录后处理；（二）过罚相当、分级处理，可并处多项措施；（三）所有措施限定在本站平台服务与虚拟权益范围内，本站为民事主体，不具有行政执法权，涉及违法犯罪的移交有权机关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三、违规分级与处理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（一）轻微违规：首次且情节轻微的，予以提醒、指导者约谈并责令整改；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（二）一般违规：取消其违规操作对应的订单或事务，收回违规所得的虚拟产品，只退回优惠券或优惠码和退回半个原价，暂停协助功能一定期限；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（三）严重违规：终止助手资格，涉及越权操作造成影响的，恢复数据或撤销操作并暂停相关权限较长期限；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（四）特别严重违规（如越权改数据、泄密、私自收款、敲诈勒索）：永久取消助手资格并清退违规所得，依法追偿并移交有权机关。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四、刷单与虚假协助的处理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助手协助他人实施刷单、虚假交易、刷好评的，按《卖家需遵守规则》“禁止刷单专项规定”及相关《惩罚》文件一并处理，并终止助手资格。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五、附则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本办法自发布之日起执行，由 loney网络信息临时工作室负责解释与修订。助手对处理结果有异议的，可按《如抗议以上规则或惩罚，请看本文件》提出申诉。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执行日期：2026年10月2日（执行日期与发布日期一致）。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发布工作室：loney网络信息临时工作室。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发布人：loney网络信息临时工作室 副室人（兼网站制作人）。</w:t>
      </w:r>
    </w:p>
    <w:p>
      <w:pPr>
        <w:spacing w:line="360" w:lineRule="auto"/>
      </w:pPr>
      <w:r>
        <w:rPr>
          <w:rFonts w:eastAsia="宋体" w:ascii="宋体" w:hAnsi="宋体"/>
          <w:b/>
          <w:sz w:val="24"/>
        </w:rPr>
        <w:t>所有解释权为 loney网络信息临时工作室 所有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